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 w:val="0"/>
          <w:color w:val="606B70"/>
          <w:sz w:val="16"/>
        </w:rPr>
        <w:t>[Dein Firmenname] · [Straße Nr.] · [PLZ Ort]</w:t>
      </w:r>
    </w:p>
    <w:p>
      <w:pPr>
        <w:spacing w:after="40"/>
      </w:pPr>
      <w:r>
        <w:rPr>
          <w:b w:val="0"/>
          <w:sz w:val="20"/>
        </w:rPr>
        <w:t>[Name des Kunden / Firma]</w:t>
      </w:r>
    </w:p>
    <w:p>
      <w:pPr>
        <w:spacing w:after="40"/>
      </w:pPr>
      <w:r>
        <w:rPr>
          <w:b w:val="0"/>
          <w:sz w:val="20"/>
        </w:rPr>
        <w:t>[Ansprechpartner]</w:t>
      </w:r>
    </w:p>
    <w:p>
      <w:pPr>
        <w:spacing w:after="40"/>
      </w:pPr>
      <w:r>
        <w:rPr>
          <w:b w:val="0"/>
          <w:sz w:val="20"/>
        </w:rPr>
        <w:t>[Straße Nr.]</w:t>
      </w:r>
    </w:p>
    <w:p>
      <w:pPr>
        <w:spacing w:after="40"/>
      </w:pPr>
      <w:r>
        <w:rPr>
          <w:b w:val="0"/>
          <w:sz w:val="20"/>
        </w:rPr>
        <w:t>[PLZ Ort]</w:t>
      </w:r>
    </w:p>
    <w:p>
      <w:pPr>
        <w:spacing w:after="280"/>
      </w:pPr>
      <w:r>
        <w:rPr>
          <w:b w:val="0"/>
          <w:sz w:val="20"/>
        </w:rPr>
      </w:r>
    </w:p>
    <w:p>
      <w:pPr>
        <w:spacing w:after="160"/>
      </w:pPr>
      <w:r>
        <w:rPr>
          <w:b/>
          <w:color w:val="1A3326"/>
          <w:sz w:val="40"/>
        </w:rPr>
        <w:t>Rechnung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>
              <w:t>Rechnungsnummer:</w:t>
            </w:r>
          </w:p>
        </w:tc>
        <w:tc>
          <w:tcPr>
            <w:tcW w:type="dxa" w:w="4873"/>
          </w:tcPr>
          <w:p>
            <w:r>
              <w:t>[z. B. 2026-001]</w:t>
            </w:r>
          </w:p>
        </w:tc>
      </w:tr>
      <w:tr>
        <w:tc>
          <w:tcPr>
            <w:tcW w:type="dxa" w:w="4873"/>
          </w:tcPr>
          <w:p>
            <w:r>
              <w:t>Rechnungsdatum:</w:t>
            </w:r>
          </w:p>
        </w:tc>
        <w:tc>
          <w:tcPr>
            <w:tcW w:type="dxa" w:w="4873"/>
          </w:tcPr>
          <w:p>
            <w:r>
              <w:t>[TT.MM.JJJJ]</w:t>
            </w:r>
          </w:p>
        </w:tc>
      </w:tr>
      <w:tr>
        <w:tc>
          <w:tcPr>
            <w:tcW w:type="dxa" w:w="4873"/>
          </w:tcPr>
          <w:p>
            <w:r>
              <w:t>Leistungsdatum / -zeitraum:</w:t>
            </w:r>
          </w:p>
        </w:tc>
        <w:tc>
          <w:tcPr>
            <w:tcW w:type="dxa" w:w="4873"/>
          </w:tcPr>
          <w:p>
            <w:r>
              <w:t>[TT.MM.JJJJ oder von – bis]</w:t>
            </w:r>
          </w:p>
        </w:tc>
      </w:tr>
      <w:tr>
        <w:tc>
          <w:tcPr>
            <w:tcW w:type="dxa" w:w="4873"/>
          </w:tcPr>
          <w:p>
            <w:r>
              <w:t>Kundennummer:</w:t>
            </w:r>
          </w:p>
        </w:tc>
        <w:tc>
          <w:tcPr>
            <w:tcW w:type="dxa" w:w="4873"/>
          </w:tcPr>
          <w:p>
            <w:r>
              <w:t>[optional]</w:t>
            </w:r>
          </w:p>
        </w:tc>
      </w:tr>
    </w:tbl>
    <w:p>
      <w:pPr>
        <w:spacing w:after="160"/>
      </w:pPr>
      <w:r>
        <w:rPr>
          <w:b w:val="0"/>
          <w:sz w:val="20"/>
        </w:rPr>
      </w:r>
    </w:p>
    <w:p>
      <w:pPr>
        <w:spacing w:after="40"/>
      </w:pPr>
      <w:r>
        <w:rPr>
          <w:b w:val="0"/>
          <w:sz w:val="20"/>
        </w:rPr>
        <w:t>Sehr geehrte Damen und Herren,</w:t>
      </w:r>
    </w:p>
    <w:p>
      <w:pPr>
        <w:spacing w:after="160"/>
      </w:pPr>
      <w:r>
        <w:rPr>
          <w:b w:val="0"/>
          <w:sz w:val="20"/>
        </w:rPr>
        <w:t>für die folgenden Leistungen stelle ich Ihnen in Rechnung: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80"/>
        <w:gridCol w:w="4309"/>
        <w:gridCol w:w="1020"/>
        <w:gridCol w:w="1020"/>
        <w:gridCol w:w="1474"/>
        <w:gridCol w:w="1474"/>
      </w:tblGrid>
      <w:tr>
        <w:tc>
          <w:tcPr>
            <w:tcW w:type="dxa" w:w="680"/>
          </w:tcPr>
          <w:p>
            <w:r>
              <w:rPr>
                <w:b/>
              </w:rPr>
              <w:t>Pos.</w:t>
            </w:r>
          </w:p>
        </w:tc>
        <w:tc>
          <w:tcPr>
            <w:tcW w:type="dxa" w:w="4309"/>
          </w:tcPr>
          <w:p>
            <w:r>
              <w:rPr>
                <w:b/>
              </w:rPr>
              <w:t>Beschreibung</w:t>
            </w:r>
          </w:p>
        </w:tc>
        <w:tc>
          <w:tcPr>
            <w:tcW w:type="dxa" w:w="1020"/>
          </w:tcPr>
          <w:p>
            <w:r>
              <w:rPr>
                <w:b/>
              </w:rPr>
              <w:t>Menge</w:t>
            </w:r>
          </w:p>
        </w:tc>
        <w:tc>
          <w:tcPr>
            <w:tcW w:type="dxa" w:w="1020"/>
          </w:tcPr>
          <w:p>
            <w:r>
              <w:rPr>
                <w:b/>
              </w:rPr>
              <w:t>Einheit</w:t>
            </w:r>
          </w:p>
        </w:tc>
        <w:tc>
          <w:tcPr>
            <w:tcW w:type="dxa" w:w="1474"/>
          </w:tcPr>
          <w:p>
            <w:r>
              <w:rPr>
                <w:b/>
              </w:rPr>
              <w:t>Einzelpreis</w:t>
            </w:r>
          </w:p>
        </w:tc>
        <w:tc>
          <w:tcPr>
            <w:tcW w:type="dxa" w:w="1474"/>
          </w:tcPr>
          <w:p>
            <w:r>
              <w:rPr>
                <w:b/>
              </w:rPr>
              <w:t>Gesamt</w:t>
            </w:r>
          </w:p>
        </w:tc>
      </w:tr>
      <w:tr>
        <w:tc>
          <w:tcPr>
            <w:tcW w:type="dxa" w:w="680"/>
          </w:tcPr>
          <w:p>
            <w:r>
              <w:t>1</w:t>
            </w:r>
          </w:p>
        </w:tc>
        <w:tc>
          <w:tcPr>
            <w:tcW w:type="dxa" w:w="4309"/>
          </w:tcPr>
          <w:p>
            <w:r>
              <w:t>Beschreibung der Leistung oder Ware</w:t>
            </w:r>
          </w:p>
        </w:tc>
        <w:tc>
          <w:tcPr>
            <w:tcW w:type="dxa" w:w="1020"/>
          </w:tcPr>
          <w:p>
            <w:r>
              <w:t>1</w:t>
            </w:r>
          </w:p>
        </w:tc>
        <w:tc>
          <w:tcPr>
            <w:tcW w:type="dxa" w:w="1020"/>
          </w:tcPr>
          <w:p>
            <w:r>
              <w:t>Stk.</w:t>
            </w:r>
          </w:p>
        </w:tc>
        <w:tc>
          <w:tcPr>
            <w:tcW w:type="dxa" w:w="1474"/>
          </w:tcPr>
          <w:p>
            <w:r>
              <w:t>0,00 €</w:t>
            </w:r>
          </w:p>
        </w:tc>
        <w:tc>
          <w:tcPr>
            <w:tcW w:type="dxa" w:w="1474"/>
          </w:tcPr>
          <w:p>
            <w:r>
              <w:t>0,00 €</w:t>
            </w:r>
          </w:p>
        </w:tc>
      </w:tr>
      <w:tr>
        <w:tc>
          <w:tcPr>
            <w:tcW w:type="dxa" w:w="680"/>
          </w:tcPr>
          <w:p>
            <w:r>
              <w:t>2</w:t>
            </w:r>
          </w:p>
        </w:tc>
        <w:tc>
          <w:tcPr>
            <w:tcW w:type="dxa" w:w="4309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474"/>
          </w:tcPr>
          <w:p>
            <w:r/>
          </w:p>
        </w:tc>
        <w:tc>
          <w:tcPr>
            <w:tcW w:type="dxa" w:w="1474"/>
          </w:tcPr>
          <w:p>
            <w:r/>
          </w:p>
        </w:tc>
      </w:tr>
      <w:tr>
        <w:tc>
          <w:tcPr>
            <w:tcW w:type="dxa" w:w="680"/>
          </w:tcPr>
          <w:p>
            <w:r>
              <w:t>3</w:t>
            </w:r>
          </w:p>
        </w:tc>
        <w:tc>
          <w:tcPr>
            <w:tcW w:type="dxa" w:w="4309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474"/>
          </w:tcPr>
          <w:p>
            <w:r/>
          </w:p>
        </w:tc>
        <w:tc>
          <w:tcPr>
            <w:tcW w:type="dxa" w:w="1474"/>
          </w:tcPr>
          <w:p>
            <w:r/>
          </w:p>
        </w:tc>
      </w:tr>
    </w:tbl>
    <w:p>
      <w:pPr>
        <w:spacing w:after="120"/>
      </w:pPr>
      <w:r>
        <w:rPr>
          <w:b w:val="0"/>
          <w:sz w:val="20"/>
        </w:rPr>
      </w:r>
    </w:p>
    <w:tbl>
      <w:tblPr>
        <w:tblW w:type="auto" w:w="0"/>
        <w:jc w:val="right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>
              <w:t>Summe netto:</w:t>
            </w:r>
          </w:p>
        </w:tc>
        <w:tc>
          <w:tcPr>
            <w:tcW w:type="dxa" w:w="4873"/>
          </w:tcPr>
          <w:p>
            <w:pPr>
              <w:jc w:val="right"/>
            </w:pPr>
            <w:r>
              <w:t>0,00 €</w:t>
            </w:r>
          </w:p>
        </w:tc>
      </w:tr>
      <w:tr>
        <w:tc>
          <w:tcPr>
            <w:tcW w:type="dxa" w:w="4873"/>
          </w:tcPr>
          <w:p>
            <w:r>
              <w:t>zzgl. 19 % Umsatzsteuer:</w:t>
            </w:r>
          </w:p>
        </w:tc>
        <w:tc>
          <w:tcPr>
            <w:tcW w:type="dxa" w:w="4873"/>
          </w:tcPr>
          <w:p>
            <w:pPr>
              <w:jc w:val="right"/>
            </w:pPr>
            <w:r>
              <w:t>0,00 €</w:t>
            </w:r>
          </w:p>
        </w:tc>
      </w:tr>
      <w:tr>
        <w:tc>
          <w:tcPr>
            <w:tcW w:type="dxa" w:w="4873"/>
          </w:tcPr>
          <w:p>
            <w:r>
              <w:rPr>
                <w:b/>
              </w:rPr>
              <w:t>Gesamtbetrag:</w:t>
            </w:r>
          </w:p>
        </w:tc>
        <w:tc>
          <w:tcPr>
            <w:tcW w:type="dxa" w:w="4873"/>
          </w:tcPr>
          <w:p>
            <w:pPr>
              <w:jc w:val="right"/>
            </w:pPr>
            <w:r>
              <w:rPr>
                <w:b/>
              </w:rPr>
              <w:t>0,00 €</w:t>
            </w:r>
          </w:p>
        </w:tc>
      </w:tr>
    </w:tbl>
    <w:p>
      <w:pPr>
        <w:spacing w:after="160"/>
      </w:pPr>
      <w:r>
        <w:rPr>
          <w:b w:val="0"/>
          <w:sz w:val="20"/>
        </w:rPr>
      </w:r>
    </w:p>
    <w:p>
      <w:pPr>
        <w:spacing w:after="40"/>
      </w:pPr>
      <w:r>
        <w:rPr>
          <w:b w:val="0"/>
          <w:sz w:val="20"/>
        </w:rPr>
        <w:t>Bitte überweisen Sie den Gesamtbetrag bis zum [TT.MM.JJJJ] auf das unten genannte Konto.</w:t>
      </w:r>
    </w:p>
    <w:p>
      <w:pPr>
        <w:spacing w:after="160"/>
      </w:pPr>
      <w:r>
        <w:rPr>
          <w:b w:val="0"/>
          <w:sz w:val="20"/>
        </w:rPr>
        <w:t>Verwendungszweck: [Rechnungsnummer]</w:t>
      </w:r>
    </w:p>
    <w:p>
      <w:pPr>
        <w:spacing w:after="160"/>
      </w:pPr>
      <w:r>
        <w:rPr>
          <w:b w:val="0"/>
          <w:sz w:val="20"/>
        </w:rPr>
        <w:t>Vielen Dank für Ihren Auftrag!</w:t>
      </w:r>
    </w:p>
    <w:p>
      <w:pPr>
        <w:spacing w:after="40"/>
      </w:pPr>
      <w:r>
        <w:rPr>
          <w:b w:val="0"/>
          <w:sz w:val="20"/>
        </w:rPr>
        <w:t>Mit freundlichen Grüßen</w:t>
      </w:r>
    </w:p>
    <w:p>
      <w:pPr>
        <w:spacing w:after="400"/>
      </w:pPr>
      <w:r>
        <w:rPr>
          <w:b w:val="0"/>
          <w:sz w:val="20"/>
        </w:rPr>
        <w:t>[Dein Name]</w:t>
      </w:r>
    </w:p>
    <w:p>
      <w:pPr>
        <w:spacing w:after="0"/>
      </w:pPr>
      <w:r>
        <w:rPr>
          <w:b w:val="0"/>
          <w:color w:val="606B70"/>
          <w:sz w:val="16"/>
        </w:rPr>
        <w:t>[Dein Firmenname] · [Inhaber/in] · [Straße Nr.] · [PLZ Ort]</w:t>
      </w:r>
    </w:p>
    <w:p>
      <w:pPr>
        <w:spacing w:after="0"/>
      </w:pPr>
      <w:r>
        <w:rPr>
          <w:b w:val="0"/>
          <w:color w:val="606B70"/>
          <w:sz w:val="16"/>
        </w:rPr>
        <w:t>[Telefon] · [E-Mail] · [Website]</w:t>
      </w:r>
    </w:p>
    <w:p>
      <w:pPr>
        <w:spacing w:after="0"/>
      </w:pPr>
      <w:r>
        <w:rPr>
          <w:b w:val="0"/>
          <w:color w:val="606B70"/>
          <w:sz w:val="16"/>
        </w:rPr>
        <w:t>Steuernummer: [Steuernummer] · USt-IdNr.: [falls vorhanden]</w:t>
      </w:r>
    </w:p>
    <w:p>
      <w:pPr>
        <w:spacing w:after="0"/>
      </w:pPr>
      <w:r>
        <w:rPr>
          <w:b w:val="0"/>
          <w:color w:val="606B70"/>
          <w:sz w:val="16"/>
        </w:rPr>
        <w:t>Bank: [Name der Bank] · IBAN: [IBAN] · BIC: [BIC]</w:t>
      </w:r>
    </w:p>
    <w:p>
      <w:pPr>
        <w:spacing w:after="120"/>
      </w:pPr>
      <w:r>
        <w:rPr>
          <w:b w:val="0"/>
          <w:sz w:val="20"/>
        </w:rPr>
      </w:r>
    </w:p>
    <w:p>
      <w:pPr>
        <w:spacing w:after="40"/>
      </w:pPr>
      <w:r>
        <w:rPr>
          <w:b w:val="0"/>
          <w:color w:val="606B70"/>
          <w:sz w:val="14"/>
        </w:rPr>
        <w:t>Vorlage von rechnungio.de – Rechnungen online schreiben, mit fortlaufender Nummer und E-Rechnung, kostenlos.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Rechnungsvorlage</dc:title>
  <dc:subject/>
  <dc:creator>rechnungio.de</dc:creator>
  <cp:keywords/>
  <dc:description>generated by python-docx</dc:description>
  <cp:lastModifiedBy>rechnungio.de</cp:lastModifiedBy>
  <cp:revision>1</cp:revision>
  <dcterms:created xsi:type="dcterms:W3CDTF">2026-10-30T00:00:00Z</dcterms:created>
  <dcterms:modified xsi:type="dcterms:W3CDTF">2026-10-30T00:00:00Z</dcterms:modified>
  <cp:category/>
</cp:coreProperties>
</file>